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D00F65" w14:textId="77777777" w:rsidR="00DC7015" w:rsidRDefault="00B45C61">
      <w:pPr>
        <w:pStyle w:val="Nagwek1"/>
      </w:pPr>
      <w:proofErr w:type="spellStart"/>
      <w:r>
        <w:t>Sprawozdanie</w:t>
      </w:r>
      <w:proofErr w:type="spellEnd"/>
      <w:r>
        <w:t xml:space="preserve"> z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minigrantu</w:t>
      </w:r>
      <w:proofErr w:type="spellEnd"/>
    </w:p>
    <w:p w14:paraId="42EB66C4" w14:textId="378DCDB8" w:rsidR="00DC7015" w:rsidRDefault="00B45C61" w:rsidP="002043F3">
      <w:pPr>
        <w:spacing w:line="480" w:lineRule="auto"/>
      </w:pPr>
      <w:r>
        <w:br/>
        <w:t>SPRAWOZDANIE Z REALIZACJI MINIGRANTU</w:t>
      </w:r>
      <w:r>
        <w:br/>
        <w:t xml:space="preserve">Program: </w:t>
      </w:r>
      <w:proofErr w:type="spellStart"/>
      <w:r>
        <w:t>Minigranty</w:t>
      </w:r>
      <w:proofErr w:type="spellEnd"/>
      <w:r>
        <w:t xml:space="preserve"> </w:t>
      </w:r>
      <w:proofErr w:type="spellStart"/>
      <w:r>
        <w:t>Wolon</w:t>
      </w:r>
      <w:r w:rsidR="00D70AE5">
        <w:t>tariatu</w:t>
      </w:r>
      <w:proofErr w:type="spellEnd"/>
      <w:r w:rsidR="00D70AE5">
        <w:t xml:space="preserve"> </w:t>
      </w:r>
      <w:proofErr w:type="spellStart"/>
      <w:r w:rsidR="00D70AE5">
        <w:t>Rodzinnego</w:t>
      </w:r>
      <w:proofErr w:type="spellEnd"/>
      <w:r w:rsidR="00D70AE5">
        <w:t xml:space="preserve"> ZDR3Plus 2026</w:t>
      </w:r>
      <w:bookmarkStart w:id="0" w:name="_GoBack"/>
      <w:bookmarkEnd w:id="0"/>
      <w:r>
        <w:br/>
      </w:r>
      <w:r>
        <w:br/>
        <w:t xml:space="preserve">1. </w:t>
      </w:r>
      <w:proofErr w:type="spellStart"/>
      <w:r>
        <w:t>Nazwa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>: ___________________________________________</w:t>
      </w:r>
      <w:r>
        <w:br/>
        <w:t xml:space="preserve">2. </w:t>
      </w:r>
      <w:proofErr w:type="spellStart"/>
      <w:r>
        <w:t>Wnioskodawca</w:t>
      </w:r>
      <w:proofErr w:type="spellEnd"/>
      <w:r>
        <w:t>: ____________________________________________</w:t>
      </w:r>
      <w:r>
        <w:br/>
        <w:t xml:space="preserve">3. </w:t>
      </w:r>
      <w:proofErr w:type="spellStart"/>
      <w:r>
        <w:t>Termin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>: __________________________________________</w:t>
      </w:r>
      <w:r>
        <w:br/>
        <w:t xml:space="preserve">4. </w:t>
      </w:r>
      <w:proofErr w:type="spellStart"/>
      <w:r>
        <w:t>Opis</w:t>
      </w:r>
      <w:proofErr w:type="spellEnd"/>
      <w:r>
        <w:t xml:space="preserve"> </w:t>
      </w:r>
      <w:proofErr w:type="spellStart"/>
      <w:r>
        <w:t>zrealizowanych</w:t>
      </w:r>
      <w:proofErr w:type="spellEnd"/>
      <w:r>
        <w:t xml:space="preserve"> </w:t>
      </w:r>
      <w:proofErr w:type="spellStart"/>
      <w:r>
        <w:t>działań</w:t>
      </w:r>
      <w:proofErr w:type="spellEnd"/>
      <w:r>
        <w:t>: ________________________________</w:t>
      </w:r>
      <w:r>
        <w:br/>
        <w:t xml:space="preserve">5. </w:t>
      </w:r>
      <w:proofErr w:type="spellStart"/>
      <w:r>
        <w:t>Liczba</w:t>
      </w:r>
      <w:proofErr w:type="spellEnd"/>
      <w:r>
        <w:t xml:space="preserve"> </w:t>
      </w:r>
      <w:proofErr w:type="spellStart"/>
      <w:r>
        <w:t>uczestników</w:t>
      </w:r>
      <w:proofErr w:type="spellEnd"/>
      <w:r>
        <w:t>: ____________</w:t>
      </w:r>
      <w:r>
        <w:br/>
        <w:t xml:space="preserve">6. </w:t>
      </w:r>
      <w:proofErr w:type="spellStart"/>
      <w:r>
        <w:t>Rezultaty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efekty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>: ________________________________</w:t>
      </w:r>
      <w:r>
        <w:br/>
        <w:t xml:space="preserve">7. </w:t>
      </w:r>
      <w:proofErr w:type="spellStart"/>
      <w:r>
        <w:t>Wydatki</w:t>
      </w:r>
      <w:proofErr w:type="spellEnd"/>
      <w:r>
        <w:t xml:space="preserve"> (</w:t>
      </w:r>
      <w:proofErr w:type="spellStart"/>
      <w:r>
        <w:t>zgodne</w:t>
      </w:r>
      <w:proofErr w:type="spellEnd"/>
      <w:r>
        <w:t xml:space="preserve"> z </w:t>
      </w:r>
      <w:proofErr w:type="spellStart"/>
      <w:r>
        <w:t>budżetem</w:t>
      </w:r>
      <w:proofErr w:type="spellEnd"/>
      <w:r>
        <w:t>): ______________________________</w:t>
      </w:r>
      <w:r>
        <w:br/>
        <w:t xml:space="preserve">8. </w:t>
      </w:r>
      <w:proofErr w:type="spellStart"/>
      <w:r>
        <w:t>Uwagi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rekomendacje</w:t>
      </w:r>
      <w:proofErr w:type="spellEnd"/>
      <w:r>
        <w:t>: ____________________________________</w:t>
      </w:r>
      <w:r>
        <w:br/>
        <w:t xml:space="preserve">9. </w:t>
      </w:r>
      <w:proofErr w:type="spellStart"/>
      <w:r>
        <w:t>Oświadczenie</w:t>
      </w:r>
      <w:proofErr w:type="spellEnd"/>
      <w:r>
        <w:t>:</w:t>
      </w:r>
      <w:r>
        <w:br/>
        <w:t xml:space="preserve">   </w:t>
      </w:r>
      <w:proofErr w:type="spellStart"/>
      <w:r>
        <w:t>Oświadczam</w:t>
      </w:r>
      <w:proofErr w:type="spellEnd"/>
      <w:r>
        <w:t xml:space="preserve">, </w:t>
      </w:r>
      <w:proofErr w:type="spellStart"/>
      <w:r>
        <w:t>że</w:t>
      </w:r>
      <w:proofErr w:type="spellEnd"/>
      <w:r>
        <w:t xml:space="preserve"> </w:t>
      </w:r>
      <w:proofErr w:type="spellStart"/>
      <w:r>
        <w:t>środki</w:t>
      </w:r>
      <w:proofErr w:type="spellEnd"/>
      <w:r>
        <w:t xml:space="preserve"> </w:t>
      </w:r>
      <w:proofErr w:type="spellStart"/>
      <w:r>
        <w:t>zostały</w:t>
      </w:r>
      <w:proofErr w:type="spellEnd"/>
      <w:r>
        <w:t xml:space="preserve"> </w:t>
      </w:r>
      <w:proofErr w:type="spellStart"/>
      <w:r>
        <w:t>wykorzystane</w:t>
      </w:r>
      <w:proofErr w:type="spellEnd"/>
      <w:r>
        <w:t xml:space="preserve"> </w:t>
      </w:r>
      <w:proofErr w:type="spellStart"/>
      <w:r>
        <w:t>zgodnie</w:t>
      </w:r>
      <w:proofErr w:type="spellEnd"/>
      <w:r>
        <w:t xml:space="preserve"> z </w:t>
      </w:r>
      <w:proofErr w:type="spellStart"/>
      <w:r>
        <w:t>przeznaczeniem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Regulaminem</w:t>
      </w:r>
      <w:proofErr w:type="spellEnd"/>
      <w:r>
        <w:t xml:space="preserve"> </w:t>
      </w:r>
      <w:proofErr w:type="spellStart"/>
      <w:r>
        <w:t>programu</w:t>
      </w:r>
      <w:proofErr w:type="spellEnd"/>
      <w:r>
        <w:t>.</w:t>
      </w:r>
      <w:r>
        <w:br/>
        <w:t xml:space="preserve">   ...................................................</w:t>
      </w:r>
      <w:r>
        <w:br/>
        <w:t xml:space="preserve">   Data </w:t>
      </w:r>
      <w:proofErr w:type="spellStart"/>
      <w:r>
        <w:t>i</w:t>
      </w:r>
      <w:proofErr w:type="spellEnd"/>
      <w:r>
        <w:t xml:space="preserve"> </w:t>
      </w:r>
      <w:proofErr w:type="spellStart"/>
      <w:r>
        <w:t>podpis</w:t>
      </w:r>
      <w:proofErr w:type="spellEnd"/>
      <w:r>
        <w:t xml:space="preserve"> </w:t>
      </w:r>
      <w:proofErr w:type="spellStart"/>
      <w:r>
        <w:t>wnioskodawcy</w:t>
      </w:r>
      <w:proofErr w:type="spellEnd"/>
      <w:r>
        <w:br/>
      </w:r>
    </w:p>
    <w:sectPr w:rsidR="00DC7015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CF8EEC" w14:textId="77777777" w:rsidR="00BF0D3A" w:rsidRDefault="00BF0D3A">
      <w:pPr>
        <w:spacing w:after="0" w:line="240" w:lineRule="auto"/>
      </w:pPr>
      <w:r>
        <w:separator/>
      </w:r>
    </w:p>
  </w:endnote>
  <w:endnote w:type="continuationSeparator" w:id="0">
    <w:p w14:paraId="557B2AA5" w14:textId="77777777" w:rsidR="00BF0D3A" w:rsidRDefault="00BF0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4052FA" w14:textId="77777777" w:rsidR="00E161C8" w:rsidRDefault="00E161C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05EBB0" w14:textId="736BE81B" w:rsidR="00015204" w:rsidRPr="00015204" w:rsidRDefault="00015204" w:rsidP="00015204">
    <w:pPr>
      <w:pStyle w:val="Stopka"/>
      <w:rPr>
        <w:sz w:val="20"/>
        <w:szCs w:val="20"/>
        <w:lang w:val="pl-PL"/>
      </w:rPr>
    </w:pPr>
    <w:r w:rsidRPr="00015204">
      <w:rPr>
        <w:sz w:val="20"/>
        <w:szCs w:val="20"/>
        <w:lang w:val="pl-PL"/>
      </w:rPr>
      <w:t>Projekt “Radość Dawania” sfinansowany przez Narodowy Instytut Wolności – Centrum Rozwoju Społeczeństwa Obywatelskiego ze środków programu „Korpus Solidarności – Rządowy Program Wspierania i Rozwoju Wolontariatu Systematycznego na lata 2028 – 2030".</w:t>
    </w:r>
  </w:p>
  <w:p w14:paraId="2D5D1F6F" w14:textId="3D8AF0E1" w:rsidR="00DC7015" w:rsidRPr="00015204" w:rsidRDefault="00B45C61">
    <w:pPr>
      <w:pStyle w:val="Stopka"/>
      <w:rPr>
        <w:sz w:val="20"/>
        <w:szCs w:val="20"/>
      </w:rPr>
    </w:pPr>
    <w:proofErr w:type="spellStart"/>
    <w:r w:rsidRPr="00015204">
      <w:rPr>
        <w:sz w:val="20"/>
        <w:szCs w:val="20"/>
      </w:rPr>
      <w:t>Zaktualizowano</w:t>
    </w:r>
    <w:proofErr w:type="spellEnd"/>
    <w:r w:rsidRPr="00015204">
      <w:rPr>
        <w:sz w:val="20"/>
        <w:szCs w:val="20"/>
      </w:rPr>
      <w:t xml:space="preserve">: </w:t>
    </w:r>
    <w:proofErr w:type="spellStart"/>
    <w:r w:rsidRPr="00015204">
      <w:rPr>
        <w:sz w:val="20"/>
        <w:szCs w:val="20"/>
      </w:rPr>
      <w:t>październik</w:t>
    </w:r>
    <w:proofErr w:type="spellEnd"/>
    <w:r w:rsidRPr="00015204">
      <w:rPr>
        <w:sz w:val="20"/>
        <w:szCs w:val="20"/>
      </w:rPr>
      <w:t xml:space="preserve"> 2025 r. | </w:t>
    </w:r>
    <w:proofErr w:type="spellStart"/>
    <w:r w:rsidRPr="00015204">
      <w:rPr>
        <w:sz w:val="20"/>
        <w:szCs w:val="20"/>
      </w:rPr>
      <w:t>Kontakt</w:t>
    </w:r>
    <w:proofErr w:type="spellEnd"/>
    <w:r w:rsidRPr="00015204">
      <w:rPr>
        <w:sz w:val="20"/>
        <w:szCs w:val="20"/>
      </w:rPr>
      <w:t xml:space="preserve">: elzbieta.majka@3plus.pl | </w:t>
    </w:r>
    <w:proofErr w:type="spellStart"/>
    <w:r w:rsidRPr="00015204">
      <w:rPr>
        <w:sz w:val="20"/>
        <w:szCs w:val="20"/>
      </w:rPr>
      <w:t>Związek</w:t>
    </w:r>
    <w:proofErr w:type="spellEnd"/>
    <w:r w:rsidRPr="00015204">
      <w:rPr>
        <w:sz w:val="20"/>
        <w:szCs w:val="20"/>
      </w:rPr>
      <w:t xml:space="preserve"> </w:t>
    </w:r>
    <w:proofErr w:type="spellStart"/>
    <w:r w:rsidRPr="00015204">
      <w:rPr>
        <w:sz w:val="20"/>
        <w:szCs w:val="20"/>
      </w:rPr>
      <w:t>Dużych</w:t>
    </w:r>
    <w:proofErr w:type="spellEnd"/>
    <w:r w:rsidRPr="00015204">
      <w:rPr>
        <w:sz w:val="20"/>
        <w:szCs w:val="20"/>
      </w:rPr>
      <w:t xml:space="preserve"> </w:t>
    </w:r>
    <w:proofErr w:type="spellStart"/>
    <w:r w:rsidRPr="00015204">
      <w:rPr>
        <w:sz w:val="20"/>
        <w:szCs w:val="20"/>
      </w:rPr>
      <w:t>Rodzin</w:t>
    </w:r>
    <w:proofErr w:type="spellEnd"/>
    <w:r w:rsidRPr="00015204">
      <w:rPr>
        <w:sz w:val="20"/>
        <w:szCs w:val="20"/>
      </w:rPr>
      <w:t xml:space="preserve"> „</w:t>
    </w:r>
    <w:proofErr w:type="spellStart"/>
    <w:r w:rsidRPr="00015204">
      <w:rPr>
        <w:sz w:val="20"/>
        <w:szCs w:val="20"/>
      </w:rPr>
      <w:t>Trzy</w:t>
    </w:r>
    <w:proofErr w:type="spellEnd"/>
    <w:r w:rsidRPr="00015204">
      <w:rPr>
        <w:sz w:val="20"/>
        <w:szCs w:val="20"/>
      </w:rPr>
      <w:t xml:space="preserve"> Plus” </w:t>
    </w:r>
    <w:proofErr w:type="spellStart"/>
    <w:r w:rsidRPr="00015204">
      <w:rPr>
        <w:sz w:val="20"/>
        <w:szCs w:val="20"/>
      </w:rPr>
      <w:t>Oddział</w:t>
    </w:r>
    <w:proofErr w:type="spellEnd"/>
    <w:r w:rsidRPr="00015204">
      <w:rPr>
        <w:sz w:val="20"/>
        <w:szCs w:val="20"/>
      </w:rPr>
      <w:t xml:space="preserve"> Wielkopolski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7116C4" w14:textId="77777777" w:rsidR="00E161C8" w:rsidRDefault="00E161C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AE3E28" w14:textId="77777777" w:rsidR="00BF0D3A" w:rsidRDefault="00BF0D3A">
      <w:pPr>
        <w:spacing w:after="0" w:line="240" w:lineRule="auto"/>
      </w:pPr>
      <w:r>
        <w:separator/>
      </w:r>
    </w:p>
  </w:footnote>
  <w:footnote w:type="continuationSeparator" w:id="0">
    <w:p w14:paraId="5D22B081" w14:textId="77777777" w:rsidR="00BF0D3A" w:rsidRDefault="00BF0D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CF723C" w14:textId="77777777" w:rsidR="00E161C8" w:rsidRDefault="00E161C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5A73E6" w14:textId="7642981E" w:rsidR="00DC7015" w:rsidRPr="00015204" w:rsidRDefault="00E161C8" w:rsidP="00015204">
    <w:pPr>
      <w:pStyle w:val="Nagwek"/>
    </w:pPr>
    <w:r>
      <w:rPr>
        <w:noProof/>
        <w:lang w:val="pl-PL" w:eastAsia="pl-PL"/>
      </w:rPr>
      <w:drawing>
        <wp:inline distT="0" distB="0" distL="0" distR="0" wp14:anchorId="27F9F5FE" wp14:editId="27836190">
          <wp:extent cx="5263598" cy="590550"/>
          <wp:effectExtent l="0" t="0" r="0" b="0"/>
          <wp:docPr id="17381692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9258" cy="591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A76568" w14:textId="77777777" w:rsidR="00E161C8" w:rsidRDefault="00E161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15204"/>
    <w:rsid w:val="00034616"/>
    <w:rsid w:val="0006063C"/>
    <w:rsid w:val="0015074B"/>
    <w:rsid w:val="002043F3"/>
    <w:rsid w:val="0029639D"/>
    <w:rsid w:val="00326F90"/>
    <w:rsid w:val="004632BC"/>
    <w:rsid w:val="008831E5"/>
    <w:rsid w:val="0089218D"/>
    <w:rsid w:val="00AA1D8D"/>
    <w:rsid w:val="00B01DDD"/>
    <w:rsid w:val="00B45C61"/>
    <w:rsid w:val="00B47730"/>
    <w:rsid w:val="00BF0D3A"/>
    <w:rsid w:val="00C97893"/>
    <w:rsid w:val="00CB0664"/>
    <w:rsid w:val="00D70AE5"/>
    <w:rsid w:val="00DC7015"/>
    <w:rsid w:val="00E161C8"/>
    <w:rsid w:val="00E20475"/>
    <w:rsid w:val="00FC693F"/>
    <w:rsid w:val="00FF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CDD928"/>
  <w14:defaultImageDpi w14:val="300"/>
  <w15:docId w15:val="{02B202B8-13FD-4F71-9F2D-8998D95C0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tabs>
        <w:tab w:val="clear" w:pos="720"/>
        <w:tab w:val="num" w:pos="360"/>
      </w:tabs>
      <w:ind w:left="0" w:firstLine="0"/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58D297D-C407-481E-A3DD-90140C246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697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2026-01-19T07:14:00Z</dcterms:created>
  <dcterms:modified xsi:type="dcterms:W3CDTF">2026-01-19T07:14:00Z</dcterms:modified>
  <cp:category/>
</cp:coreProperties>
</file>